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Noto Sans" w:hAnsi="Noto Sans" w:eastAsia="Noto Sans" w:cs="Noto Sans"/>
          <w:b/>
          <w:sz w:val="44"/>
        </w:rPr>
        <w:t>Magnet Admin Bot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Chào mừng bạn đến với Magnet Admin Bot!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“Magnet Admin Bot: Quản lý thông minh. Giao tiếp an toàn. Hiệu quả cao.”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“Magnet Admin Bot: Trợ lý Telegram cá nhân và hiệu quả của bạn.”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🌐 Thông tin chung: bot này là gì và dùng để làm gì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Magnet Admin Bot là bot Telegram dùng để quản trị các cuộc trò chuyện và cộng đồng.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Bot giúp bạn: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giữ trật tự trong nhóm: chống spam, chống flood, kiểm duyệt;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tự động hóa các thao tác thường ngày của quản trị viên;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kiểm soát việc tham gia của thành viên mới: captcha, quy tắc, yêu cầu;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tăng hoạt động của cộng đồng: lời chào, tin nhắn định kỳ, đăng bài, quay thưởng, xếp hạng;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có sự minh bạch và kiểm soát: thống kê chat, xếp hạng, kênh sự kiện.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Nói đơn giản: bot đảm nhận các nhiệm vụ trực thường xuyên của người kiểm duyệt và quản trị viên, còn bạn tập trung vào phát triển cộng đồng và nội dung.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Bắt đầu nhanh: quy trình từng bước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Nhấn /start và chọn ngôn ngữ.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Xem lời chào và danh sách tính năng.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Nếu cần, xác nhận đăng ký/quyền truy cập nếu chức năng này được bật.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menu chính và đi tới “Nhóm của tôi”.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Nhấn “Thêm nhóm” và thêm bot vào nhóm Telegram.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Cấp quyền quản trị viên cho bot.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Trong bot, chọn múi giờ của nhóm. Điều này quan trọng cho lịch trình và chế độ ngủ.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24237" cy="609303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5_EN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24237" cy="60930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Bước 1. Chọn ngôn ngữ.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01093" cy="6224651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_EN.jpe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01093" cy="62246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Bước 2. Lời chào và các tính năng của bot.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Bước 3. Kiểm tra quyền truy cập/đăng ký.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81263" cy="5513918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_EN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81263" cy="55139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Bước 4. Menu chính của bot.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74384" cy="6165298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_EN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74384" cy="61652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Bước 5. “Nhóm của tôi” → “Thêm nhóm”.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64500" cy="5316931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2_EN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64500" cy="53169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Bước 6. Cấp quyền quản trị viên cho bot trong nhóm.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55367" cy="634526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_EN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55367" cy="63452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Bước 7. Chọn múi giờ của nhóm (UTC…) để bot hoạt động đúng thời gian của bạn.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13683" cy="6474851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_EN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13683" cy="64748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Bước 8. Chúc mừng! Bạn đã thêm nhóm đầu tiên. Trong phần này, bạn sẽ thấy danh sách các nhóm đã kết nối.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Để tiếp tục thiết lập nhóm, chỉ cần chọn nhóm của bạn trong “Nhóm của tôi”. Bạn sẽ thấy menu với tất cả cài đặt và chức năng.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14613" cy="5810251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3_EN.jpe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14613" cy="5810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⚙️ Thiết lập Turbo: cấu hình tức thì các tham số cơ bản của nhóm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Thiết lập Turbo là cách nhanh để bật các bảo vệ và cài đặt cơ bản cho nhóm chỉ bằng một cú nhấp: chống spam, chống flood, kiểm tra khi thêm thành viên và chọn hình phạt, ví dụ tắt tiếng hoặc cấm.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bot → chọn “Thiết lập Turbo”.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Chọn nhóm cần thiết.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Chờ trạng thái “Hoàn tất!”.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9_EN.jpe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Thiết lập Turbo: trạng thái “Hoàn tất!” và danh sách tùy chọn đã bật.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Màn hình chung “Kiểm tra khi thêm”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Một số chức năng được cấu hình qua màn hình chung “Kiểm tra khi thêm”: Quy tắc, Yêu cầu, Captcha, Dọn dẹp và chọn hình phạt: cấm gửi tin nhắn hoặc cấm khỏi nhóm.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5_EN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Màn hình “Kiểm tra khi thêm”: truy cập nhanh Quy tắc, Yêu cầu, Captcha, Dọn dẹp và lựa chọn hình phạt. Chỉ cần chọn chức năng cần thiết và nhấn nút tương ứng để cấu hình.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📖 Quy tắc: Trật tự, Mục tiêu, Thành tựu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Chức năng “Quy tắc” cho phép tạo quy tắc chat dưới dạng một tin nhắn riêng. Bạn thêm văn bản và, nếu cần, thêm nút, sau đó lưu quy tắc.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“Nhóm của tôi” → chọn nhóm của bạn → “Cấu hình”.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“Kiểm tra” → “Quy tắc”.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Nhấn “Kiểm tra khi thêm” → “Quy tắc”.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Nhấn “Thêm văn bản” và gửi quy tắc.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Nếu cần, thêm nút, ví dụ liên kết tới kênh hoặc FAQ.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Nhấn “Xem trước bài đăng” → “Lưu quy tắc”.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1_EN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Trình tạo quy tắc: thêm văn bản/nút → xem trước → lưu quy tắc.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✅ Captcha: “tôi là người” / “tôi là robot”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Captcha bảo vệ chat khỏi bot spam. Thành viên mới phải vượt qua kiểm tra; nếu không, hình phạt đã chọn sẽ được áp dụng, ví dụ tắt tiếng, mời ra hoặc cấm.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“Kiểm tra khi thêm” → “Captcha”.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Nhập văn bản captcha và chế độ gửi. Có thể dùng chế độ mặc định.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805238" cy="8456084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05238" cy="8456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🔥 Yêu cầu: đăng ký kênh, ảnh hồ sơ, tên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Yêu cầu là các kiểm tra tự động đối với thành viên mới: đăng ký kênh, có ảnh hồ sơ, tên hợp lệ, v.v.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48188" cy="10107084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1_EN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48188" cy="10107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“Kiểm tra” → “Yêu cầu”.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Bật các kiểm tra cần thiết: đăng ký, ảnh, tên.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Menu thêm các kênh mà người dùng cần đăng ký.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Menu chọn chặn các tên spam mà bạn không muốn cho vào chat.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🗑 Dọn dẹp danh sách: xóa tài khoản không hoạt động hoặc bị cấm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Dọn dẹp danh sách giúp xóa các tài khoản đã bị xóa và/hoặc thành viên không hoạt động để duy trì trật tự và chất lượng cộng đồng.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“Kiểm tra” → “Dọn dẹp danh sách”.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Chọn khoảng thời gian dọn dẹp và xác nhận khởi chạy.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42402" cy="6983116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6_EN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42402" cy="69831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🛡 Kiểm duyệt: xóa liên kết, bài chuyển tiếp, spam, từ bị cấm và tin nhắn hệ thống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Kiểm duyệt tự động xóa nội dung không mong muốn: liên kết, bài chuyển tiếp, flood, tin nhắn hệ thống và các từ trong danh sách cấm.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71813" cy="6826251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71813" cy="6826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“Kiểm duyệt tin nhắn”.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Bật các bộ lọc cần thiết bằng công tắc: liên kết, bài chuyển tiếp, chống flood, tin nhắn hệ thống.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Để xóa từ, nhấn “Cấu hình từ cần xóa” và gửi các từ, phân tách bằng dấu phẩy.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Kiểm duyệt: bật bộ lọc và cấu hình từ cần xóa.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🎉 Tamada: robot có tâm hồn giải trí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Tamada là trung tâm giải trí của bot. Tại đây có các chức năng chào mừng, lặp lại tin nhắn, quay thưởng và nhắc tên.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phần “Tamada”.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Chọn công cụ cần thiết: Chào mừng, Lặp lại, Quay thưởng, Nhắc tên.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4_EN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Menu “Tamada”: truy cập nhanh các công cụ chính.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👋 Chào mừng: gửi cho mỗi thành viên mới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Tin nhắn chào mừng được tự động gửi cho mỗi thành viên mới. Bạn có thể tạo tin nhắn như một “bài đăng”: văn bản, media, nút, tin nhắn thoại.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“Tamada” → “Chào mừng”.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Thêm văn bản, media hoặc nút nếu muốn.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Nhấn “Xem trước bài đăng” → “Lưu tin nhắn”.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8_EN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Trình tạo lời chào: tạo tin nhắn → xem trước → lưu.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🔁 Tin nhắn lặp lại: nhắc nhở và thông báo hằng ngày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Tin nhắn lặp lại là thông báo hoặc nhắc nhở theo lịch: hằng ngày, theo ngày được chọn hoặc vào thời gian cụ thể.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“Tamada” → “Lặp lại tin nhắn”.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Thêm văn bản và lịch.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Đảm bảo đã chọn đúng múi giờ của nhóm.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Tạo tin nhắn lặp lại.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Cài đặt thời gian đăng.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9463" cy="7376584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5_EN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19463" cy="7376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09938" cy="7355418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2_EN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9938" cy="7355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🎁 Quay thưởng: tổ chức cuộc thi theo người tham gia, danh sách và xếp hạng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Quay thưởng cho phép chọn người thắng theo nhiều kịch bản: theo số, theo danh sách của bạn hoặc theo xếp hạng.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“Tamada” → “Quay thưởng”.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Chọn loại: “Theo số” / “Danh sách riêng” / “Theo xếp hạng”.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Làm theo hướng dẫn của bot cho đến khi nhận được kết quả.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7_EN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Chọn loại quay thưởng.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Nhập số lượng người tham gia và số lượng giải thưởng.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24238" cy="760941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7_EN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4238" cy="7609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📢 Nhắc tất cả: thông báo cho thành viên bằng nhắc tên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Chức năng này cho phép thông báo cho thành viên thông qua nhắc tên. Dùng cho thông báo quan trọng để không spam cộng đồng.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“Tamada” → “Nhắc tất cả”.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Soạn tin nhắn và bắt đầu gửi nhắc tên.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62982" cy="591773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4_EN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2982" cy="5917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🌙 Chế độ ngủ: cấm tin nhắn trong thời gian đã chọn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Chế độ ngủ giới hạn việc gửi tin nhắn trong các giờ đã chọn. Hữu ích cho chế độ ban đêm hoặc “giờ yên lặng”.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“Chế độ ngủ”.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Chọn thời gian bắt đầu.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Chọn thời gian kết thúc.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Kiểm tra múi giờ của nhóm.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24188" cy="672041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6_EN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4188" cy="6720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Chọn thời gian bắt đầu chế độ ngủ.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Chọn thời gian kết thúc chế độ ngủ.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Nhập văn bản và cấu hình chế độ.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28975" cy="71755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2_EN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7175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📝 Tạo bài đăng: đăng ngay hoặc hẹn giờ trong nhóm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Tạo bài đăng là trình tạo ấn phẩm: bạn có thể thêm văn bản, media, nút, tin nhắn thoại, xem trước và sau đó chọn nhóm. Cũng có các tùy chọn “Ghim” và “Đăng im lặng”.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Nhấn “Tạo bài đăng” trong menu chính.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Tạo bài đăng: văn bản, media, nút, tin nhắn thoại.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Nhấn “Xem trước bài đăng” → “Tiếp theo” → chọn nhóm.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Nếu cần, bật “Ghim” và/hoặc “Đăng im lặng”.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3_EN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Trình tạo bài đăng.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6_EN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Tùy chọn đăng: “Ghim” và “Đăng im lặng” + chọn nhóm.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🏆 Xếp hạng: thưởng bonus cho hoạt động và top thành viên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Xếp hạng khuyến khích thành viên hoạt động: tạo bảng top và thống kê.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“Nhóm của tôi”.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Chọn nhóm.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Nhấn “Xếp hạng”.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Đặt đơn vị bonus.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Nhập giới hạn cộng điểm hằng ngày.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Trên màn hình “Nhóm của tôi” có các nút nhanh để xem thống kê xếp hạng của thành viên: “Tổng trong chat” và “Xếp hạng”.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53738" cy="745275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7_EN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3738" cy="74527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5_EN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Màn hình “Nhóm của tôi”: truy cập thống kê và xếp hạng.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📲 Kênh sự kiện: thông báo về sự kiện từ các nhóm của bạn trong một kênh riêng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Kênh sự kiện là kênh riêng cho nhật ký và thông báo: tham gia, cấm, kích hoạt kiểm duyệt, v.v.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Tạo một kênh Telegram riêng cho sự kiện.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Thêm Magnet Admin Bot vào kênh này với quyền admin.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Vào “Nhóm của tôi” → “Cài đặt” → “Kênh sự kiện”.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Chuyển tiếp bất kỳ tin nhắn nào từ kênh vào chat với bot. Bot sẽ lưu kênh đó làm “kênh sự kiện”.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4_EN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Hướng dẫn kết nối kênh sự kiện.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🤖 Trợ lý AI: câu trả lời thông minh và hỗ trợ tự động cho thành viên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Trợ lý AI là bot thông minh trả lời câu hỏi về hệ sinh thái Magnet và hỗ trợ người tham gia.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Nếu yêu cầu đã được gửi, bot sẽ yêu cầu bạn chờ câu trả lời.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Cách bật: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Mở “Magnet AI” trong menu chính.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Đặt câu hỏi bằng một tin nhắn và chờ câu trả lời.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05263" cy="890058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8_EN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5263" cy="8900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Thay đổi ngôn ngữ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Nếu bạn muốn thay đổi ngôn ngữ menu của bot, hãy nhấn nút “Ngôn ngữ” và chọn ngôn ngữ bạn muốn đặt làm chính.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Phần thay đổi ngôn ngữ.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Trợ giúp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Phần này dùng để xem hướng dẫn và liên hệ bộ phận hỗ trợ Magnet.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Phần “Trợ giúp”.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38488" cy="69744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9_EN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8488" cy="697441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" w:hAnsi="Noto Sans" w:eastAsia="Noto Sans" w:cs="Noto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4F81BD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4F81BD" w:themeColor="accent1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" w:hAnsi="Noto Sans" w:eastAsia="Noto Sans" w:cs="Noto San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jpeg"/><Relationship Id="rId33" Type="http://schemas.openxmlformats.org/officeDocument/2006/relationships/image" Target="media/image25.jpeg"/><Relationship Id="rId34" Type="http://schemas.openxmlformats.org/officeDocument/2006/relationships/image" Target="media/image26.jpg"/><Relationship Id="rId35" Type="http://schemas.openxmlformats.org/officeDocument/2006/relationships/image" Target="media/image27.jpeg"/><Relationship Id="rId36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