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Noto Sans" w:hAnsi="Noto Sans" w:eastAsia="Noto Sans" w:cs="Noto Sans"/>
          <w:b/>
          <w:sz w:val="44"/>
        </w:rPr>
        <w:t>Magnet Admin Bot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Dobro došli u Magnet Admin Bot!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„Magnet Admin Bot: Pametno upravljanje. Bezbedna komunikacija. Visoka efikasnost.”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„Magnet Admin Bot: Vaš lični i efikasni pomoćnik u Telegramu.”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🌐 Opšte informacije: šta je bot i čemu služi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Magnet Admin Bot je Telegram bot za administriranje četova i zajednica.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Pomaže vam da: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održavate red u grupi: anti-spam, anti-flood, moderacija;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automatizujete rutinske radnje administratora;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kontrolišete ulazak novih članova: captcha, pravila, zahtevi;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povećate aktivnost zajednice: pozdravi, redovne poruke, objave, izvlačenja, rejting;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dobijete transparentnost i kontrolu: statistika četa, rejting, kanal događaja.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Jednostavno rečeno: bot preuzima dežurne funkcije moderatora i administratora, dok se vi fokusirate na rast zajednice i sadržaj.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Brzi početak: tok korak po korak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Pritisnite /start i izaberite jezik.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Pogledajte pozdravnu poruku i listu mogućnosti.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Ako je potrebno, potvrdite pretplatu/pristup, ako je uključeno.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glavni meni i idite na „Moje grupe”.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Pritisnite „Dodaj grupu” i dodajte bota u Telegram grupu.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Dodelite botu administratorska prava.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U botu izaberite vremensku zonu grupe. To je važno za rasporede i režim spavanja.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24237" cy="6093030"/>
            <wp:docPr id="32" name="Picture 3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5_EN.jp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824237" cy="609303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Korak 1. Izbor jezika.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01093" cy="6224651"/>
            <wp:docPr id="31" name="Picture 3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_EN.jpe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01093" cy="62246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Korak 2. Pozdrav i mogućnosti bota.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Korak 3. Provera pristupa/pretplate.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81263" cy="5513918"/>
            <wp:docPr id="30" name="Picture 3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81263" cy="55139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Korak 4. Glavni meni bota.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774384" cy="6165298"/>
            <wp:docPr id="29" name="Picture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774384" cy="61652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Korak 5. „Moje grupe” → „Dodaj grupu”.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464500" cy="5316931"/>
            <wp:docPr id="28" name="Picture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2_EN.jp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64500" cy="53169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Korak 6. Dodeljivanje administratorskih prava botu u grupi.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55367" cy="6345260"/>
            <wp:docPr id="27" name="Picture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_EN.jpe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55367" cy="63452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Korak 7. Izbor vremenske zone grupe (UTC…) da bi bot radio u pravo vreme za vas.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13683" cy="6474851"/>
            <wp:docPr id="26" name="Picture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_EN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13683" cy="64748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Korak 8. Čestitamo! Dodali ste svoju prvu grupu. U ovom odeljku sada ćete videti listu povezanih grupa.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Za dalja podešavanja grupe dovoljno je da izaberete svoju grupu u odeljku „Moje grupe”. Videćete meni sa svim podešavanjima i funkcijama.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14613" cy="5810251"/>
            <wp:docPr id="25" name="Picture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3_EN.jpe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14613" cy="5810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⚙️ Turbo podešavanje: trenutno podešavanje osnovnih parametara grupe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Turbo podešavanje je brz način da jednim klikom uključite osnovnu zaštitu i podešavanja grupe: anti-spam, anti-flood, provere pri dodavanju članova i izbor kazne, na primer mute ili ban.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bota → izaberite „Turbo podešavanje”.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Izaberite potrebnu grupu.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Sačekajte status „Gotovo!”.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4" name="Picture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9_EN.jpe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Turbo podešavanje: status „Gotovo!” i lista uključenih opcija.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Zajednički ekran „Provera pri dodavanju”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Nekoliko funkcija podešava se preko zajedničkog ekrana „Provera pri dodavanju”: Pravila, Zahtevi, Captcha, Čišćenje i izbor kazne: zabrana slanja poruka ili ban.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3" name="Picture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5_EN.jpe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Ekran „Provera pri dodavanju”: brz pristup Pravilima, Zahtevima, Captchi, Čišćenju i izboru kazne. Izaberite željenu funkciju i pritisnite odgovarajuće dugme da biste je podesili.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📖 Pravila: Red, ciljevi, dostignuća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Funkcija „Pravila” omogućava da pravila četa prikažete kao zasebnu poruku. Dodajete tekst i, ako je potrebno, dugme, zatim čuvate pravilo.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„Moje grupe” → izaberite svoju grupu → „Podesi”.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„Provera” → „Pravila”.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Pritisnite „Provera pri dodavanju” → „Pravila”.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Pritisnite „Dodaj tekst” i pošaljite pravila.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Ako je potrebno, dodajte dugme, na primer link ka kanalu ili FAQ-u.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Pritisnite „Pregled objave” → „Sačuvaj pravilo”.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8960" cy="6908800"/>
            <wp:docPr id="22" name="Picture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1_EN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6908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Konstruktor pravila: dodaj tekst/dugme → pregled → sačuvaj pravilo.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✅ Captcha: „ja sam čovek” / „ja sam robot”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Captcha štiti čet od spam botova. Novi član mora proći proveru; u suprotnom se primenjuje izabrana kazna, na primer mute, kick ili ban.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„Provera pri dodavanju” → „Captcha”.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Unesite tekst captche i režim slanja. Može se koristiti podrazumevani režim.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805238" cy="8456084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05238" cy="8456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🔥 Zahtevi: pretplata na kanal, profilna fotografija, imena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Zahtevi su automatske provere za nove članove: pretplata na kanal, profilna fotografija, ispravno ime itd.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48188" cy="10107084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1_EN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48188" cy="101070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„Provera” → „Zahtevi”.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Uključite potrebne provere: pretplata, fotografija, ime.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Meni za dodavanje kanala na koje se korisnik mora pretplatiti.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Meni za blokiranje spam imena koja ne želite da pustite u svoj čet.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🗑 Čišćenje liste: uklanjanje neaktivnih ili banovanih naloga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Čišćenje liste pomaže da uklonite obrisane naloge i/ili neaktivne članove kako biste održali red i kvalitet publike.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„Provera” → „Čišćenje liste”.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Izaberite intervale čišćenja i potvrdite pokretanje.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42402" cy="6983116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6_EN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42402" cy="69831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🛡 Moderacija: uklanjanje linkova, repostova, spama, zabranjenih reči i sistemskih poruka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Moderacija automatski uklanja neželjeni sadržaj: linkove, repostove, flood, sistemske poruke i reči sa liste zabranjenih.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71813" cy="6826251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71813" cy="68262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„Moderacija poruka”.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Uključite potrebne filtere prekidačima: linkovi, repostovi, anti-flood, sistemske poruke.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Za uklanjanje reči pritisnite „Podesi reči za uklanjanje” i pošaljite reči odvojene zarezima.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3_EN.jpe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Moderacija: uključivanje filtera i podešavanje reči za uklanjanje.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🎉 Tamada: robot sa dušom zabave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Tamada je zabavni centar bota. Tu su različite funkcije za pozdrav, ponavljanje poruka, izvlačenja i pominjanja.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odeljak „Tamada”.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Izaberite željeni alat: Pozdrav, Ponavljanje, Izvlačenja, Pomeni.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4_EN.jpe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Meni „Tamada”: brz pristup glavnim alatima.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👋 Pozdrav: šalje se svakom novom članu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Pozdrav se automatski šalje svakom novom članu. Poruku možete sastaviti kao „objavu”: tekst, mediji, dugme, glasovna poruka.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„Tamada” → „Pozdrav”.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Dodajte tekst, medije ili dugme po želji.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Pritisnite „Pregled objave” → „Sačuvaj poruku”.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8_EN.jpe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Konstruktor pozdrava: sastavi poruku → pregled → sačuvaj.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🔁 Ponavljajuća poruka: dnevni podsetnici i obaveštenja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Ponavljajuća poruka je redovno obaveštenje ili podsetnik po rasporedu: svakodnevno, određenim danima ili u određeno vreme.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„Tamada” → „Ponavljanje poruka”.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Dodajte tekst i raspored.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Proverite da je izabrana pravilna vremenska zona grupe.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Kreiranje ponavljajuće poruke.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Podešavanje vremena objave.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9463" cy="7376584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5_EN.jpe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9463" cy="7376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09938" cy="7355418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2_EN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09938" cy="7355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🎁 Izvlačenja: organizujte takmičenja po učesnicima, listama i rejtingu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Izvlačenja omogućavaju izbor pobednika po različitim scenarijima: po brojevima, po vašoj listi ili po rejtingu.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„Tamada” → „Izvlačenja”.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Izaberite tip: „Po brojevima” / „Svoja lista” / „Po rejtingu”.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Pratite uputstva bota dok ne dobijete rezultat.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7_EN.jpe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Izbor tipa izvlačenja.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Unesite broj učesnika izvlačenja i broj nagradnih mesta.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424238" cy="7609418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7_EN.jpe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24238" cy="7609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📢 Pomeni sve: obaveštavanje članova kroz pominjanja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Funkcija omogućava da obavestite članove kroz pominjanja. Koristite je za važna obaveštenja, da ne biste spamovali publiku.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„Tamada” → „Pomeni sve”.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Pripremite poruku i pokrenite slanje pominjanja.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662982" cy="5917738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4_EN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62982" cy="59177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🌙 Režim spavanja: zabrana poruka u zadato vreme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Režim spavanja ograničava slanje poruka u zadatim satima. Koristan je za noćni režim ili „tihe sate”.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„Režim spavanja”.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Izaberite vreme početka.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Izaberite vreme završetka.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Proverite vremensku zonu grupe.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24188" cy="6720418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6_EN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24188" cy="67204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Izbor vremena početka režima spavanja.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Izbor vremena završetka režima spavanja.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Unesite tekst i podesite režim.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28975" cy="717550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2_EN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71755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📝 Kreiranje objava: trenutne ili odložene objave u grupi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Kreiranje objava je konstruktor publikacija: možete dodati tekst, medije, dugme, glasovnu poruku, pogledati pregled i zatim izabrati grupu. Dostupne su i opcije „Zakači” i „Tiha objava”.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Pritisnite „Kreiraj objavu” u glavnom meniju.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Sastavite objavu: tekst, mediji, dugme, glasovna poruka.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Pritisnite „Pregled objave” → „Dalje” → izaberite grupu.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Ako je potrebno, uključite „Zakači” i/ili „Tiha objava”.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3_EN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Konstruktor objave.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6_EN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Opcije objave: „Zakači” i „Tiha objava” + izbor grupe.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🏆 Rejting: bonusi za aktivnost i top članovi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Rejting motiviše članove da budu aktivni: formiraju se top lista i statistika.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„Moje grupe”.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Izaberite grupu.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Pritisnite „Rejting”.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Postavite jedinicu bonusa.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Unesite dnevni limit za obračun.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Na ekranu „Moje grupe” vide se brza dugmad za pregled statistike rejtinga učesnika: „Ukupno po četu” i „Rejting”.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3738" cy="7452751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7_EN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3738" cy="74527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25_EN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Ekran „Moje grupe”: pristup statistici i rejtingu.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📲 Kanal događaja: obaveštenja o događajima iz vaših grupa u zasebnom kanalu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Kanal događaja je poseban kanal za logove i obaveštenja: ulasci, banovi, aktiviranja moderacije i slično.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Napravite poseban Telegram kanal za događaje.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Dodajte Magnet Admin Bot u taj kanal kao administratora.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Idite u „Moje grupe” → „Podešavanja” → „Kanal događaja”.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Prosledite u čet bota bilo koju poruku iz kanala. Bot će sačuvati kanal kao „kanal događaja”.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05150" cy="690033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4_EN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69003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Uputstvo za povezivanje kanala događaja.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🤖 AI asistent: pametni odgovori i automatska pomoć članovima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AI asistent je pametan bot koji odgovara na pitanja o Magnet ekosistemu i pomaže učesnicima.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Ako je zahtev već poslat, bot će zamoliti da sačekate odgovor.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Kako uključiti: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Otvorite „Magnet AI” u glavnom meniju.</w:t>
      </w:r>
    </w:p>
    <w:p>
      <w:pPr>
        <w:pStyle w:val="ListBullet"/>
        <w:spacing w:after="40"/>
      </w:pPr>
      <w:r>
        <w:rPr>
          <w:rFonts w:ascii="Noto Sans" w:hAnsi="Noto Sans" w:eastAsia="Noto Sans" w:cs="Noto Sans"/>
          <w:sz w:val="21"/>
        </w:rPr>
        <w:t>Postavite pitanje jednom porukom i sačekajte odgovor.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005263" cy="8900584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38_EN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5263" cy="890058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Promena jezika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Ako želite da promenite jezik menija bota, pritisnite dugme „Jezik” i izaberite jezik koji želite da postavite kao glavni.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Odeljak za promenu jezika.</w:t>
      </w:r>
    </w:p>
    <w:p>
      <w:pPr>
        <w:pStyle w:val="Heading1"/>
        <w:spacing w:before="200" w:after="80"/>
      </w:pPr>
      <w:r>
        <w:rPr>
          <w:rFonts w:ascii="Noto Sans" w:hAnsi="Noto Sans" w:eastAsia="Noto Sans" w:cs="Noto Sans"/>
          <w:b/>
          <w:sz w:val="30"/>
        </w:rPr>
        <w:t>Pomoć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Ovaj odeljak služi za proučavanje uputstava i kontaktiranje Magnet podrške.</w:t>
      </w:r>
    </w:p>
    <w:p>
      <w:pPr>
        <w:spacing w:after="60"/>
      </w:pPr>
      <w:r>
        <w:rPr>
          <w:rFonts w:ascii="Noto Sans" w:hAnsi="Noto Sans" w:eastAsia="Noto Sans" w:cs="Noto Sans"/>
          <w:sz w:val="21"/>
        </w:rPr>
        <w:t>Odeljak „Pomoć”.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38488" cy="697441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19_EN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8488" cy="6974418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" w:hAnsi="Noto Sans" w:eastAsia="Noto Sans" w:cs="Noto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365F91" w:themeColor="accent1" w:themeShade="B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" w:hAnsi="Noto Sans" w:eastAsia="Noto Sans" w:cs="Noto Sans"/>
      <w:b/>
      <w:bCs/>
      <w:color w:val="4F81BD" w:themeColor="accent1"/>
      <w:sz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" w:hAnsi="Noto Sans" w:eastAsia="Noto Sans" w:cs="Noto Sans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image" Target="media/image13.jpeg"/><Relationship Id="rId22" Type="http://schemas.openxmlformats.org/officeDocument/2006/relationships/image" Target="media/image14.jpeg"/><Relationship Id="rId23" Type="http://schemas.openxmlformats.org/officeDocument/2006/relationships/image" Target="media/image15.jpeg"/><Relationship Id="rId24" Type="http://schemas.openxmlformats.org/officeDocument/2006/relationships/image" Target="media/image16.jpeg"/><Relationship Id="rId25" Type="http://schemas.openxmlformats.org/officeDocument/2006/relationships/image" Target="media/image17.jpeg"/><Relationship Id="rId26" Type="http://schemas.openxmlformats.org/officeDocument/2006/relationships/image" Target="media/image18.jpeg"/><Relationship Id="rId27" Type="http://schemas.openxmlformats.org/officeDocument/2006/relationships/image" Target="media/image19.jpeg"/><Relationship Id="rId28" Type="http://schemas.openxmlformats.org/officeDocument/2006/relationships/image" Target="media/image20.jpeg"/><Relationship Id="rId29" Type="http://schemas.openxmlformats.org/officeDocument/2006/relationships/image" Target="media/image21.jpe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jpeg"/><Relationship Id="rId33" Type="http://schemas.openxmlformats.org/officeDocument/2006/relationships/image" Target="media/image25.jpeg"/><Relationship Id="rId34" Type="http://schemas.openxmlformats.org/officeDocument/2006/relationships/image" Target="media/image26.jpg"/><Relationship Id="rId35" Type="http://schemas.openxmlformats.org/officeDocument/2006/relationships/image" Target="media/image27.jpeg"/><Relationship Id="rId36" Type="http://schemas.openxmlformats.org/officeDocument/2006/relationships/image" Target="media/image2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