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Noto Sans" w:hAnsi="Noto Sans" w:eastAsia="Noto Sans" w:cs="Noto Sans"/>
          <w:b/>
          <w:sz w:val="44"/>
        </w:rPr>
        <w:t>Magnet Admin Bot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Bem-vindo ao Magnet Admin Bot!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“Magnet Admin Bot: gestão inteligente. Comunicação segura. Alta eficiência.”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“Magnet Admin Bot: seu assistente pessoal e eficiente no Telegram.”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🌐 Informações gerais: o que é o bot e por que ele é necessário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Magnet Admin Bot é um bot do Telegram para administrar chats e comunidades.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Ele ajuda a: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manter a ordem no grupo: anti-spam, anti-flood, moderação;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automatizar ações rotineiras do administrador;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controlar a entrada de novos membros: captcha, regras, requisitos;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aumentar a atividade da comunidade: mensagens de boas-vindas, mensagens recorrentes, publicações, sorteios, rankings;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obter transparência e controle: estatísticas do chat, ranking, canal de eventos.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Em outras palavras: o bot assume as funções rotineiras de moderação e administração, enquanto você se concentra no crescimento da comunidade e no conteúdo.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Início rápido: fluxo passo a passo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Pressione /start e escolha o idioma.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Leia a mensagem de boas-vindas e a lista de recursos.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Se necessário, confirme a assinatura/acesso, caso esteja ativado.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o menu principal e vá para “Meus grupos”.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Pressione “Adicionar grupo” e adicione o bot a um grupo do Telegram.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Conceda direitos de administrador ao bot.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No bot, escolha o fuso horário do grupo. Isso é importante para agendamentos e modo de sono.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24237" cy="609303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_EN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24237" cy="6093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Etapa 1. Escolha do idioma.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01093" cy="6224651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_EN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01093" cy="62246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Etapa 2. Boas-vindas e recursos do bot.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Etapa 3. Verificação de acesso/assinatura.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81263" cy="5513918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5513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Etapa 4. Menu principal do bot.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74384" cy="6165298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4384" cy="61652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Etapa 5. “Meus grupos” → “Adicionar grupo”.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4500" cy="5316931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_EN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64500" cy="53169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Etapa 6. Concessão de direitos de administrador ao bot no grupo.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5367" cy="634526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55367" cy="6345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Etapa 7. Escolha do fuso horário do grupo (UTC…) para que o bot funcione no horário correto.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13683" cy="6474851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13683" cy="64748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Etapa 8. Parabéns! Você adicionou seu primeiro grupo. Nesta seção, você verá a lista de grupos conectados.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Para continuar configurando seu grupo, basta selecionar o grupo em “Meus grupos”. Você verá um menu com todas as configurações e funções.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14613" cy="5810251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3_EN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5810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⚙️ Configuração Turbo: configuração instantânea dos parâmetros básicos do grupo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 Configuração Turbo é uma forma rápida de ativar proteções e configurações básicas do grupo com um clique: anti-spam, anti-flood, verificações ao adicionar membros e escolha da punição, por exemplo silenciar ou banir.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o bot → escolha “Configuração Turbo”.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Escolha o grupo necessário.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Aguarde o status “Pronto!”.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_EN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Configuração Turbo: status “Pronto!” e lista de opções ativadas.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Tela geral “Verificação ao adicionar”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Várias funções são configuradas pela tela geral “Verificação ao adicionar”: Regras, Requisitos, Captcha, Limpeza e escolha de punição: proibição de enviar mensagens ou banimento.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_EN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Tela “Verificação ao adicionar”: acesso rápido a Regras, Requisitos, Captcha, Limpeza e escolha de punição. Basta escolher a função necessária e pressionar o botão correspondente para configurá-la.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📖 Regras: Ordem, Objetivos, Conquistas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 função “Regras” permite criar as regras do chat como uma mensagem separada. Você adiciona o texto e, se necessário, um botão, depois salva a regra.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“Meus grupos” → escolha seu grupo → “Configurar”.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“Verificação” → “Regras”.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Pressione “Verificação ao adicionar” → “Regras”.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Pressione “Adicionar texto” e envie as regras.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Se necessário, adicione um botão, por exemplo um link para um canal ou FAQ.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Pressione “Pré-visualizar post” → “Salvar regra”.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_EN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Construtor de regra: adicionar texto/botão → pré-visualizar → salvar regra.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✅ Captcha: “sou humano” / “sou robô”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 Captcha protege o chat contra bots de spam. Um novo membro deve passar pela verificação; caso contrário, a punição escolhida será aplicada, por exemplo silenciar, expulsar ou banir.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“Verificação ao adicionar” → “Captcha”.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Insira o texto do captcha e o modo de envio. O modo padrão pode ser usado.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05238" cy="8456084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238" cy="8456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🔥 Requisitos: assinatura de canal, foto de perfil, nomes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Requisitos são verificações automáticas para novos membros: assinatura de canal, presença de foto de perfil, nome correto e assim por diante.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48188" cy="10107084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1_EN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10107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“Verificação” → “Requisitos”.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Ative as verificações necessárias: assinatura, foto, nome.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de adição de canais nos quais o usuário deve se inscrever.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de bloqueio de nomes de spam que você não quer permitir no chat.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🗑 Limpeza da lista: remoção de contas inativas ou banidas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 Limpeza da lista ajuda a remover contas excluídas e/ou membros inativos para manter a ordem e a qualidade do público.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“Verificação” → “Limpeza da lista”.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Escolha os intervalos de limpeza e confirme o início.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2402" cy="6983116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6_EN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2402" cy="6983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🛡 Moderação: remoção de links, reposts, spam, palavras proibidas e mensagens do sistema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 moderação remove automaticamente conteúdo indesejado: links, reposts, flood, mensagens do sistema e palavras da lista proibida.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1813" cy="682625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6826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“Moderação de mensagens”.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Ative os filtros necessários com os seletores: links, reposts, anti-flood, mensagens do sistema.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Para remoção de palavras, pressione “Configurar palavras para remover” e envie as palavras separadas por vírgulas.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Moderação: ativação de filtros e configuração das palavras a remover.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🎉 Tamada: um robô com alma de entretenimento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Tamada é o hub de entretenimento do bot. Aqui ficam as funções de boas-vindas, repetição de mensagens, sorteios e menções.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a seção “Tamada”.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Escolha a ferramenta necessária: Boas-vindas, Repetição, Sorteios, Menção.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4_EN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“Tamada”: acesso rápido às principais ferramentas.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👋 Boas-vindas: enviada a cada novo membro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 mensagem de boas-vindas é enviada automaticamente a cada novo membro. Você pode montar a mensagem como um post: texto, mídia, botão ou mensagem de voz.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“Tamada” → “Boas-vindas”.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Adicione texto, mídia ou botão, se desejar.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Pressione “Pré-visualizar post” → “Salvar mensagem”.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_EN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Construtor de boas-vindas: montar mensagem → pré-visualizar → salvar.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🔁 Mensagem recorrente: lembretes e anúncios diários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Mensagem recorrente é um anúncio ou lembrete enviado por agenda: diariamente, em dias específicos ou em um horário determinado.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“Tamada” → “Repetição de mensagens”.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Adicione o texto e a agenda.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Verifique se o fuso horário correto do grupo está selecionado.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Criação de uma mensagem recorrente.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Configuração do horário de publicação.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9463" cy="737658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5_EN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7376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09938" cy="735541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2_EN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9938" cy="7355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🎁 Sorteios: realize concursos por participantes, listas e ranking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Sorteios permitem escolher vencedores em diferentes cenários: por números, pela sua própria lista ou por ranking.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“Tamada” → “Sorteios”.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Escolha o tipo: “Por números” / “Lista própria” / “Por ranking”.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Siga as instruções do bot até obter o resultado.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_EN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Escolha do tipo de sorteio.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Insira o número de participantes do sorteio e o número de lugares premiados.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24238" cy="76094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7_EN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7609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📢 Mencionar todos: notificação dos participantes por menções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 função permite notificar participantes por menções. Use para anúncios importantes, para não gerar spam na audiência.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“Tamada” → “Mencionar todos”.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Prepare a mensagem e inicie o envio das menções.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62982" cy="591773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4_EN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2982" cy="5917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🌙 Modo de sono: proibição de mensagens em horário definido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 Modo de sono restringe o envio de mensagens em horários definidos. É útil para modo noturno ou “horas silenciosas”.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“Modo de sono”.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Escolha o horário de início.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Escolha o horário de término.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Verifique o fuso horário do grupo.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24188" cy="672041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6_EN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6720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Escolha do horário de início do modo de sono.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Escolha do horário de término do modo de sono.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Insira o texto e configure o modo.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28975" cy="71755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2_EN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7175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📝 Criação de posts: publicações instantâneas ou agendadas no grupo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Criação de posts é um construtor de publicações: você pode adicionar texto, mídia, botão, mensagem de voz, ver a prévia e depois escolher o grupo. Também estão disponíveis as opções “Fixar” e “Publicação silenciosa”.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Pressione “Criar post” no menu principal.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Monte o post: texto, mídia, botão, mensagem de voz.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Pressione “Pré-visualizar post” → “Avançar” → escolha o grupo.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Se necessário, ative “Fixar” e/ou “Publicação silenciosa”.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3_EN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Construtor de post.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6_EN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Opções de publicação: “Fixar” e “Publicação silenciosa” + escolha do grupo.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🏆 Ranking: bônus por atividade e principais participantes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 Ranking motiva os participantes a serem ativos: são formados um top e estatísticas.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“Meus grupos”.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Escolha um grupo.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Pressione “Ranking”.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Defina a unidade de bônus.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Insira o limite diário de acúmulo.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Na tela “Meus grupos”, há botões rápidos para visualizar estatísticas de ranking dos participantes: “Geral do chat” e “Ranking”.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3738" cy="74527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7_EN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3738" cy="74527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5_EN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Tela “Meus grupos”: acesso a estatísticas e ranking.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📲 Canal de eventos: notificações de eventos dos seus grupos em um canal separado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 Canal de eventos é um canal separado para logs e notificações: entradas, banimentos, acionamentos de moderação e similares.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Crie um canal Telegram separado para eventos.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Adicione o Magnet Admin Bot a esse canal como administrador.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Entre em “Meus grupos” → “Configurações” → “Canal de eventos”.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Encaminhe qualquer mensagem do canal para o chat do bot. O bot salvará o canal como “canal de eventos”.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_EN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Instruções para conectar o canal de eventos.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🤖 Assistente de IA: respostas inteligentes e ajuda automática aos participantes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 Assistente de IA é um bot inteligente que responde a perguntas sobre o ecossistema Magnet e ajuda os participantes.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Se a solicitação já tiver sido enviada, o bot pedirá que você aguarde a resposta.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Como ativar: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Abra “Magnet AI” no menu principal.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Faça uma pergunta em uma única mensagem e aguarde a resposta.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05263" cy="89005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8_EN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8900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Alterar idioma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Se quiser alterar o idioma do menu do bot, pressione “Idioma” e escolha o idioma que deseja definir como principal.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Seção de alteração de idioma.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Ajuda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Esta seção serve para estudar as instruções e entrar em contato com o suporte da Magnet.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Seção “Ajuda”.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38488" cy="69744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_EN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697441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" w:hAnsi="Noto Sans" w:eastAsia="Noto Sans" w:cs="Noto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" w:hAnsi="Noto Sans" w:eastAsia="Noto Sans" w:cs="Noto San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g"/><Relationship Id="rId35" Type="http://schemas.openxmlformats.org/officeDocument/2006/relationships/image" Target="media/image27.jpeg"/><Relationship Id="rId36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