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Noto Sans" w:hAnsi="Noto Sans" w:eastAsia="Noto Sans" w:cs="Noto Sans"/>
          <w:b/>
          <w:sz w:val="44"/>
        </w:rPr>
        <w:t>Magnet Admin Bot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Selamat datang di Magnet Admin Bot!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“Magnet Admin Bot: Manajemen cerdas. Komunikasi aman. Efisiensi tinggi.”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“Magnet Admin Bot: Asisten Telegram pribadi dan efektif untuk Anda.”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🌐 Informasi umum: apa itu bot ini dan untuk apa digunakan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Magnet Admin Bot adalah bot Telegram untuk mengelola chat dan komunitas.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Bot ini membantu Anda: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menjaga ketertiban di grup: anti-spam, anti-flood, moderasi;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mengotomatiskan tugas rutin administrator;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mengontrol masuknya anggota baru: captcha, aturan, persyaratan;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meningkatkan aktivitas komunitas: sambutan, pesan berkala, posting, giveaway, rating;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mendapatkan transparansi dan kontrol: statistik chat, rating, kanal peristiwa.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Sederhananya: bot mengambil alih tugas rutin moderator dan administrator, sementara Anda fokus pada pertumbuhan komunitas dan konten.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Mulai cepat: alur langkah demi langkah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Tekan /start dan pilih bahasa.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Baca pesan sambutan dan daftar fitur.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Jika diperlukan, konfirmasi langganan/akses apabila fitur ini diaktifkan.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Buka menu utama dan masuk ke “Grup Saya”.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Tekan “Tambah Grup” dan tambahkan bot ke grup Telegram.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Berikan hak administrator kepada bot.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Di bot, pilih zona waktu grup. Ini penting untuk jadwal dan mode tidur.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824237" cy="6093030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5_EN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824237" cy="60930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Langkah 1. Pilih bahasa.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801093" cy="6224651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_EN.jpe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801093" cy="62246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Langkah 2. Pesan sambutan dan fitur bot.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Langkah 3. Pemeriksaan akses/langganan.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481263" cy="5513918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_EN.jpe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481263" cy="55139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Langkah 4. Menu utama bot.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774384" cy="6165298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_EN.jpe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774384" cy="61652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Langkah 5. “Grup Saya” → “Tambah Grup”.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464500" cy="5316931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2_EN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464500" cy="53169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Langkah 6. Berikan hak administrator kepada bot di grup.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855367" cy="6345260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_EN.jpe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55367" cy="63452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Langkah 7. Pilih zona waktu grup (UTC…) agar bot bekerja pada waktu yang benar.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13683" cy="6474851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_EN.jpe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913683" cy="64748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Langkah 8. Selamat! Anda telah menambahkan grup pertama Anda. Di bagian ini Anda akan melihat daftar grup yang terhubung.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Untuk pengaturan grup selanjutnya, cukup pilih grup Anda di “Grup Saya”. Anda akan melihat menu dengan semua pengaturan dan fungsi.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614613" cy="5810251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3_EN.jpe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14613" cy="58102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⚙️ Turbo Setup: pengaturan instan parameter dasar grup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Turbo Setup adalah cara cepat untuk mengaktifkan perlindungan dan pengaturan dasar grup dalam satu klik: anti-spam, anti-flood, pemeriksaan saat anggota ditambahkan, serta jenis hukuman, misalnya mute atau ban.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Cara mengaktifkan: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Buka bot → pilih “Turbo Setup”.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Pilih grup yang diperlukan.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Tunggu status “Selesai!”.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8960" cy="6908800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9_EN.jpe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690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Turbo Setup: status “Selesai!” dan daftar opsi yang diaktifkan.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Layar umum “Pemeriksaan saat Ditambahkan”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Beberapa fungsi dikonfigurasi melalui layar umum “Pemeriksaan saat Ditambahkan”: Aturan, Persyaratan, Captcha, Pembersihan, serta pemilihan hukuman: larangan mengirim pesan atau ban.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8960" cy="6908800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5_EN.jpe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690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Layar “Pemeriksaan saat Ditambahkan”: akses cepat ke Aturan, Persyaratan, Captcha, Pembersihan, dan pemilihan hukuman. Pilih fungsi yang Anda butuhkan dan tekan tombol yang sesuai untuk mengaturnya.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📖 Aturan: Ketertiban, Tujuan, Pencapaian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Fungsi “Aturan” memungkinkan Anda membuat aturan chat sebagai pesan terpisah. Anda menambahkan teks dan, jika perlu, tombol, lalu menyimpan aturan.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Cara mengaktifkan: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Buka “Grup Saya” → pilih grup Anda → “Konfigurasi”.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Buka “Pemeriksaan” → “Aturan”.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Tekan “Pemeriksaan saat Ditambahkan” → “Aturan”.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Tekan “Tambah Teks” dan kirim aturan.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Jika perlu, tambahkan tombol, misalnya tautan ke kanal atau FAQ.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Tekan “Pratinjau Post” → “Simpan Aturan”.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8960" cy="6908800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1_EN.jpe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690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Pembuat aturan: tambah teks/tombol → pratinjau → simpan aturan.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✅ Captcha: “saya manusia” / “saya robot”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Captcha melindungi chat dari bot spam. Anggota baru harus melewati pemeriksaan; jika tidak, hukuman yang dipilih akan diterapkan, misalnya mute, kick, atau ban.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Cara mengaktifkan: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Buka “Pemeriksaan saat Ditambahkan” → “Captcha”.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Masukkan teks captcha dan mode pengiriman. Mode default dapat digunakan.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805238" cy="8456084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3_EN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05238" cy="84560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🔥 Persyaratan: berlangganan kanal, foto profil, nama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Persyaratan adalah pemeriksaan otomatis untuk anggota baru: berlangganan kanal, adanya foto profil, nama yang benar, dan sebagainya.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548188" cy="10107084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1_EN.jpe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48188" cy="101070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Cara mengaktifkan: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Buka “Pemeriksaan” → “Persyaratan”.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Aktifkan pemeriksaan yang diperlukan: langganan, foto, nama.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Menu penambahan kanal yang wajib diikuti.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Menu pemblokiran nama spam yang tidak ingin Anda izinkan masuk ke chat.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🗑 Pembersihan Daftar: menghapus akun tidak aktif atau diblokir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Pembersihan Daftar membantu menghapus akun yang sudah dihapus dan/atau anggota tidak aktif agar audiens tetap rapi dan berkualitas.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Cara mengaktifkan: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Buka “Pemeriksaan” → “Pembersihan Daftar”.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Pilih interval pembersihan dan konfirmasi peluncuran.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42402" cy="6983116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6_EN.jpe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42402" cy="69831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🛡 Moderasi: menghapus tautan, repost, spam, kata terlarang, dan pesan sistem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Moderasi secara otomatis menghapus konten yang tidak diinginkan: tautan, repost, flood, pesan sistem, dan kata dari daftar terlarang.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71813" cy="6826251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3_EN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71813" cy="68262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Cara mengaktifkan: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Buka “Moderasi Pesan”.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Aktifkan filter yang diperlukan dengan sakelar: tautan, repost, anti-flood, pesan sistem.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Untuk menghapus kata, tekan “Konfigurasi kata untuk dihapus” dan kirim kata-kata yang dipisahkan koma.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3_EN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Moderasi: mengaktifkan filter dan mengonfigurasi kata yang akan dihapus.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🎉 Tamada: robot dengan jiwa hiburan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Tamada adalah pusat hiburan bot. Di sini terdapat fungsi untuk sambutan, pengulangan pesan, giveaway, dan mention.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Cara mengaktifkan: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Buka bagian “Tamada”.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Pilih alat yang diperlukan: Sambutan, Ulang, Giveaway, Mention.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4_EN.jpe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Menu “Tamada”: akses cepat ke alat utama.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👋 Sambutan: dikirim ke setiap anggota baru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Sambutan otomatis dikirim ke setiap anggota baru. Anda dapat menyusun pesan seperti “post”: teks, media, tombol, atau pesan suara.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Cara mengaktifkan: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Buka “Tamada” → “Sambutan”.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Tambahkan teks, media, atau tombol jika diperlukan.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Tekan “Pratinjau Post” → “Simpan Pesan”.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8_EN.jpe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Pembuat sambutan: susun pesan → pratinjau → simpan.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🔁 Pesan Berulang: pengingat dan pengumuman harian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Pesan berulang adalah pengumuman atau pengingat terjadwal: setiap hari, pada hari tertentu, atau pada waktu tertentu.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Cara mengaktifkan: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Buka “Tamada” → “Pengulangan Pesan”.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Tambahkan teks dan jadwal.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Pastikan zona waktu grup yang benar telah dipilih.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Membuat pesan berulang.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Pengaturan waktu publikasi.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19463" cy="7376584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5_EN.jpe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19463" cy="73765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09938" cy="7355418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2_EN.jpe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09938" cy="73554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🎁 Giveaway: adakan kontes berdasarkan peserta, daftar, dan rating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Giveaway memungkinkan Anda memilih pemenang dengan berbagai skenario: berdasarkan nomor, berdasarkan daftar Anda sendiri, atau berdasarkan rating.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Cara mengaktifkan: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Buka “Tamada” → “Giveaway”.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Pilih tipe: “Berdasarkan Nomor” / “Daftar Sendiri” / “Berdasarkan Rating”.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Ikuti petunjuk bot hingga hasil diperoleh.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7_EN.jpe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Memilih tipe giveaway.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Masukkan jumlah peserta giveaway dan jumlah tempat hadiah.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424238" cy="7609418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7_EN.jpe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4238" cy="76094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📢 Mention Semua: notifikasi anggota melalui mention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Fungsi ini memungkinkan Anda memberi tahu anggota melalui mention. Gunakan untuk pengumuman penting agar tidak mengirim spam ke audiens.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Cara mengaktifkan: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Buka “Tamada” → “Mention Semua”.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Siapkan pesan dan mulai pengiriman mention.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662982" cy="5917738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4_EN.jpe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62982" cy="59177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🌙 Mode Tidur: larangan pesan pada waktu tertentu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Mode Tidur membatasi pengiriman pesan pada jam tertentu. Berguna untuk mode malam atau jam tenang.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Cara mengaktifkan: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Buka “Mode Tidur”.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Pilih waktu mulai.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Pilih waktu selesai.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Periksa zona waktu grup.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24188" cy="6720418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6_EN.jpe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24188" cy="67204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Memilih waktu mulai mode tidur.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Memilih waktu selesai mode tidur.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Masukkan teks dan konfigurasikan mode.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228975" cy="71755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2_EN.jpe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7175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📝 Pembuatan Post: publikasi instan atau terjadwal di grup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Pembuatan Post adalah pembuat publikasi: Anda dapat menambahkan teks, media, tombol, pesan suara, melihat pratinjau, lalu memilih grup. Opsi “Sematkan” dan “Publikasi Senyap” juga tersedia.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Cara mengaktifkan: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Tekan “Buat Post” di menu utama.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Susun post: teks, media, tombol, pesan suara.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Tekan “Pratinjau Post” → “Berikutnya” → pilih grup.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Jika perlu, aktifkan “Sematkan” dan/atau “Publikasi Senyap”.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3_EN.jpe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Pembuat post.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6_EN.jpe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Opsi publikasi: “Sematkan” dan “Publikasi Senyap” + pemilihan grup.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🏆 Rating: pemberian bonus untuk aktivitas dan anggota teratas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Rating memotivasi anggota untuk aktif: daftar teratas dan statistik dibuat.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Cara mengaktifkan: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Buka “Grup Saya”.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Pilih grup.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Tekan “Rating”.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Atur satuan bonus.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Masukkan batas akrual harian.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Pada layar “Grup Saya” terlihat tombol cepat untuk melihat statistik rating peserta: “Umum di Chat” dan “Rating”.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53738" cy="745275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7_EN.jpe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53738" cy="74527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5_EN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Layar “Grup Saya”: akses ke statistik dan rating.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📲 Kanal Peristiwa: notifikasi peristiwa dari grup Anda di kanal terpisah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Kanal Peristiwa adalah kanal terpisah untuk log dan notifikasi: anggota masuk, ban, pemicu moderasi, dan sebagainya.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Cara mengaktifkan: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Buat kanal Telegram terpisah untuk peristiwa.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Tambahkan Magnet Admin Bot ke kanal ini sebagai admin.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Masuk ke “Grup Saya” → “Pengaturan” → “Kanal Peristiwa”.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Teruskan pesan apa pun dari kanal ke chat bot. Bot akan menyimpan kanal tersebut sebagai “kanal peristiwa”.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4_EN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Instruksi menghubungkan kanal peristiwa.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🤖 Asisten AI: jawaban cerdas dan bantuan otomatis untuk anggota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Asisten AI adalah bot cerdas yang menjawab pertanyaan tentang ekosistem Magnet dan membantu peserta.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Jika permintaan sudah dikirim, bot akan meminta Anda menunggu jawaban.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Cara mengaktifkan: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Buka “Magnet AI” di menu utama.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Ajukan pertanyaan dalam satu pesan dan tunggu jawabannya.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005263" cy="890058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8_EN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05263" cy="89005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Mengubah bahasa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Jika Anda ingin mengubah bahasa menu bot, tekan tombol “Bahasa” dan pilih bahasa yang ingin dijadikan bahasa utama.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Bagian mengubah bahasa.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Bantuan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Bagian ini digunakan untuk mempelajari instruksi dan menghubungi dukungan Magnet.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Bagian “Bantuan”.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38488" cy="697441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9_EN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38488" cy="6974418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" w:hAnsi="Noto Sans" w:eastAsia="Noto Sans" w:cs="Noto San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" w:hAnsi="Noto Sans" w:eastAsia="Noto Sans" w:cs="Noto Sans"/>
      <w:b/>
      <w:bCs/>
      <w:color w:val="365F91" w:themeColor="accent1" w:themeShade="BF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" w:hAnsi="Noto Sans" w:eastAsia="Noto Sans" w:cs="Noto Sans"/>
      <w:b/>
      <w:bCs/>
      <w:color w:val="4F81BD" w:themeColor="accen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" w:hAnsi="Noto Sans" w:eastAsia="Noto Sans" w:cs="Noto Sans"/>
      <w:b/>
      <w:bCs/>
      <w:color w:val="4F81BD" w:themeColor="accent1"/>
      <w:sz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Noto Sans" w:hAnsi="Noto Sans" w:eastAsia="Noto Sans" w:cs="Noto San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image" Target="media/image9.jpeg"/><Relationship Id="rId18" Type="http://schemas.openxmlformats.org/officeDocument/2006/relationships/image" Target="media/image10.jpeg"/><Relationship Id="rId19" Type="http://schemas.openxmlformats.org/officeDocument/2006/relationships/image" Target="media/image11.jpeg"/><Relationship Id="rId20" Type="http://schemas.openxmlformats.org/officeDocument/2006/relationships/image" Target="media/image12.jpeg"/><Relationship Id="rId21" Type="http://schemas.openxmlformats.org/officeDocument/2006/relationships/image" Target="media/image13.jpeg"/><Relationship Id="rId22" Type="http://schemas.openxmlformats.org/officeDocument/2006/relationships/image" Target="media/image14.jpeg"/><Relationship Id="rId23" Type="http://schemas.openxmlformats.org/officeDocument/2006/relationships/image" Target="media/image15.jpeg"/><Relationship Id="rId24" Type="http://schemas.openxmlformats.org/officeDocument/2006/relationships/image" Target="media/image16.jpeg"/><Relationship Id="rId25" Type="http://schemas.openxmlformats.org/officeDocument/2006/relationships/image" Target="media/image17.jpeg"/><Relationship Id="rId26" Type="http://schemas.openxmlformats.org/officeDocument/2006/relationships/image" Target="media/image18.jpeg"/><Relationship Id="rId27" Type="http://schemas.openxmlformats.org/officeDocument/2006/relationships/image" Target="media/image19.jpeg"/><Relationship Id="rId28" Type="http://schemas.openxmlformats.org/officeDocument/2006/relationships/image" Target="media/image20.jpeg"/><Relationship Id="rId29" Type="http://schemas.openxmlformats.org/officeDocument/2006/relationships/image" Target="media/image21.jpeg"/><Relationship Id="rId30" Type="http://schemas.openxmlformats.org/officeDocument/2006/relationships/image" Target="media/image22.jpeg"/><Relationship Id="rId31" Type="http://schemas.openxmlformats.org/officeDocument/2006/relationships/image" Target="media/image23.jpeg"/><Relationship Id="rId32" Type="http://schemas.openxmlformats.org/officeDocument/2006/relationships/image" Target="media/image24.jpeg"/><Relationship Id="rId33" Type="http://schemas.openxmlformats.org/officeDocument/2006/relationships/image" Target="media/image25.jpeg"/><Relationship Id="rId34" Type="http://schemas.openxmlformats.org/officeDocument/2006/relationships/image" Target="media/image26.jpg"/><Relationship Id="rId35" Type="http://schemas.openxmlformats.org/officeDocument/2006/relationships/image" Target="media/image27.jpeg"/><Relationship Id="rId36" Type="http://schemas.openxmlformats.org/officeDocument/2006/relationships/image" Target="media/image2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