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" w:hAnsi="Noto Sans" w:eastAsia="Noto Sans" w:cs="Noto Sans"/>
          <w:b/>
          <w:sz w:val="44"/>
        </w:rPr>
        <w:t>Magnet Admin Bot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Bienvenue dans Magnet Admin Bot !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« Magnet Admin Bot : gestion intelligente. Communication sécurisée. Haute efficacité. »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« Magnet Admin Bot : votre assistant Telegram personnel et efficace. »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🌐 Informations générales : ce qu’est le bot et pourquoi il est utile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Magnet Admin Bot est un bot Telegram destiné à l’administration des chats et des communautés.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Il vous aide à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maintenir l’ordre dans le groupe : anti-spam, anti-flood, modération 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automatiser les actions répétitives de l’administrateur 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contrôler l’arrivée des nouveaux membres : captcha, règles, exigences 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augmenter l’activité de la communauté : messages de bienvenue, messages réguliers, publication, tirages au sort, classements 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obtenir plus de transparence et de contrôle : statistiques du chat, classement, canal d’événements.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En bref : le bot prend en charge les tâches de routine du modérateur et de l’administrateur, pendant que vous vous concentrez sur la croissance de la communauté et le contenu.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Démarrage rapide : parcours étape par étape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/start et choisissez une langue.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Lisez le message de bienvenue et la liste des fonctionnalités.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Confirmez l’abonnement ou l’accès si nécessaire et si cette option est activée.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le menu principal et allez dans « Mes groupes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« Ajouter un groupe » et ajoutez le bot à un groupe Telegram.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Accordez au bot les droits d’administrateur.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Dans le bot, choisissez le fuseau horaire du groupe. C’est important pour les horaires et le mode sommeil.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24237" cy="609303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_EN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4237" cy="6093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Étape 1. Choix de la langue.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01093" cy="6224651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_EN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01093" cy="62246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Étape 2. Message de bienvenue et possibilités du bot.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Étape 3. Vérification de l’accès/de l’abonnement.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81263" cy="5513918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5513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Étape 4. Menu principal du bot.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74384" cy="6165298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4384" cy="61652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Étape 5. « Mes groupes » → « Ajouter un groupe 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4500" cy="5316931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_EN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4500" cy="53169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Étape 6. Attribution des droits d’administrateur au bot dans le groupe.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5367" cy="634526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5367" cy="6345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Étape 7. Choix du fuseau horaire du groupe (UTC…) afin que le bot fonctionne à la bonne heure.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3683" cy="6474851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3683" cy="64748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Étape 8. Félicitations ! Vous avez ajouté votre premier groupe. Dans cette section, vous verrez désormais la liste des groupes connectés.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Pour poursuivre la configuration de votre groupe, sélectionnez simplement votre groupe dans « Mes groupes ». Vous verrez un menu avec tous les paramètres et toutes les fonctions.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14613" cy="5810251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3_EN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5810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⚙️ Configuration turbo : configuration instantanée des paramètres de base du groupe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 Configuration turbo permet d’activer en un clic les protections et paramètres de base du groupe : anti-spam, anti-flood, vérifications à l’ajout d’un membre, ainsi que le type de sanction, par exemple silence ou bannissement.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le bot → sélectionnez « Configuration turbo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Choisissez le groupe souhaité.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Attendez le statut « Terminé ! 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_EN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Configuration turbo : statut « Terminé ! » et liste des options activées.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Écran commun « Vérification à l’ajout »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Plusieurs fonctions sont configurées via l’écran commun « Vérification à l’ajout » : Règles, Exigences, Captcha, Nettoyage, ainsi que le choix de la sanction : interdiction d’envoyer des messages ou bannissement.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_EN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Écran « Vérification à l’ajout » : accès rapide aux Règles, Exigences, Captcha, Nettoyage et choix de la sanction. Choisissez la fonction souhaitée et appuyez sur le bouton correspondant pour la configurer.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📖 Règles : ordre, objectifs, résultats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 fonction « Règles » permet de présenter les règles du chat sous forme de message séparé. Vous ajoutez le texte et, si nécessaire, un bouton, puis vous enregistrez la règle.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Mes groupes » → choisissez votre groupe → « Configurer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Vérification » → « Règles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« Vérification à l’ajout » → « Règles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« Ajouter du texte » et envoyez les règles.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Ajoutez un bouton si nécessaire, par exemple un lien vers un canal ou une FAQ.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« Aperçu de la publication » → « Enregistrer la règle 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_EN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Constructeur de règle : ajouter texte/bouton → aperçu → enregistrer la règle.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✅ Captcha : « je suis humain » / « je suis un robot »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Le captcha protège le chat contre les bots de spam. Un nouveau membre doit passer la vérification ; sinon, la sanction choisie est appliquée, par exemple silence, expulsion ou bannissement.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Vérification à l’ajout » → « Captcha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Saisissez le texte du captcha et le mode d’envoi. Le mode par défaut peut être utilisé.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05238" cy="845608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8456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🔥 Exigences : abonnement à un canal, photo de profil, noms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Les exigences sont des vérifications automatiques pour les nouveaux membres : abonnement à un canal, présence d’une photo de profil, nom correct, etc.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48188" cy="1010708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_EN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0107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Vérification » → « Exigences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Activez les vérifications nécessaires : abonnement, photo, nom.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d’ajout des canaux auxquels l’utilisateur doit s’abonner.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de blocage des noms de spam que vous ne souhaitez pas autoriser dans votre chat.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🗑 Nettoyage de la liste : suppression des comptes inactifs ou bannis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Le Nettoyage de la liste aide à supprimer les comptes supprimés et/ou les membres inactifs afin de maintenir l’ordre et la qualité de l’audience.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Vérification » → « Nettoyage de la liste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Choisissez les intervalles de nettoyage et confirmez le lancement.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2402" cy="6983116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6_EN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2402" cy="6983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🛡 Modération : suppression des liens, republications, spam, mots interdits et messages système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 modération supprime automatiquement le contenu indésirable : liens, republications, flood, messages système et mots de la liste interdite.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1813" cy="682625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6826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Modération des messages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Activez les filtres nécessaires avec les interrupteurs : liens, republications, anti-flood, messages système.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Pour la suppression de mots, appuyez sur « Configurer les mots à supprimer » et envoyez les mots séparés par des virgules.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Modération : activation des filtres et configuration des mots à supprimer.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🎉 Tamada : un robot avec une âme de divertissement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Tamada est le hub de divertissement du bot. Il regroupe les outils de bienvenue, de répétition de messages, de tirages au sort et de mentions.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la section « Tamada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Choisissez l’outil souhaité : Bienvenue, Répétition, Tirages au sort, Mention.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_EN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Menu « Tamada » : accès rapide aux principaux outils.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👋 Bienvenue : envoyé à chaque nouveau membre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Le message de bienvenue est automatiquement envoyé à chaque nouveau membre. Vous pouvez composer le message comme une publication : texte, média, bouton ou message vocal.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Tamada » → « Bienvenue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Ajoutez du texte, un média ou un bouton si nécessaire.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« Aperçu de la publication » → « Enregistrer le message 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_EN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Constructeur de bienvenue : composer le message → aperçu → enregistrer.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🔁 Message récurrent : rappels quotidiens et annonces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Un message récurrent est une annonce ou un rappel programmé : tous les jours, certains jours ou à une heure précise.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Tamada » → « Répétition des messages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Ajoutez le texte et l’horaire.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Vérifiez que le bon fuseau horaire du groupe est sélectionné.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Création d’un message récurrent.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Paramètres de l’heure de publication.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9463" cy="737658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5_EN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7376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09938" cy="735541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2_EN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7355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🎁 Tirages au sort : organisez des concours par participants, listes et classement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Les tirages au sort permettent de choisir des gagnants selon différents scénarios : par numéros, selon votre propre liste ou selon le classement.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Tamada » → « Tirages au sort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Choisissez le type : « Par numéros », « Liste personnelle » ou « Par classement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Suivez les indications du bot jusqu’à l’obtention du résultat.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_EN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Choix du type de tirage au sort.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Saisissez le nombre de participants et le nombre de places gagnantes.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24238" cy="76094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7_EN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7609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📢 Mentionner tout le monde : notification des membres par mentions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Cette fonction permet de notifier les membres grâce aux mentions. Utilisez-la pour les annonces importantes afin de ne pas spammer l’audience.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Tamada » → « Mentionner tout le monde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Préparez le message et lancez l’envoi des mentions.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62982" cy="591773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4_EN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2982" cy="5917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🌙 Mode sommeil : interdiction des messages à une heure donnée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Le mode sommeil limite l’envoi de messages pendant des heures définies. Il est utile pour le mode nuit ou les heures calmes.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Mode sommeil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Choisissez l’heure de début.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Choisissez l’heure de fin.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Vérifiez le fuseau horaire du groupe.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24188" cy="672041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6_EN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6720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Choix de l’heure de début du mode sommeil.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Choix de l’heure de fin du mode sommeil.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Saisissez le texte et configurez le mode.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28975" cy="71755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_EN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17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📝 Création de publications : publications instantanées ou différées dans le groupe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La Création de publications est un constructeur de publications : vous pouvez ajouter du texte, un média, un bouton, un message vocal, voir un aperçu, puis choisir un groupe. Les options « Épingler » et « Publication silencieuse » sont également disponibles.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« Créer une publication » dans le menu principal.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Composez la publication : texte, média, bouton, message vocal.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« Aperçu de la publication » → « Suivant » → choisissez un groupe.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Activez « Épingler » et/ou « Publication silencieuse » si nécessaire.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3_EN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Constructeur de publication.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6_EN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Options de publication : « Épingler » et « Publication silencieuse » avec choix du groupe.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🏆 Classement : bonus d’activité et meilleurs membres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Le classement motive les membres à être actifs en créant un top et des statistiques.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Mes groupes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Choisissez un groupe.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Appuyez sur « Classement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Définissez l’unité de bonus.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Saisissez la limite quotidienne d’attribution.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Sur l’écran « Mes groupes », des boutons rapides permettent de consulter les statistiques de classement des participants : « Général du chat » et « Classement 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3738" cy="74527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7_E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3738" cy="7452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5_EN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Écran « Mes groupes » : accès aux statistiques et au classement.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📲 Canal d’événements : notifications des événements de vos groupes dans un canal séparé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Le Canal d’événements est un canal séparé pour les journaux et notifications : arrivées, bannissements, déclenchements de modération, etc.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Créez un canal Telegram séparé pour les événements.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Ajoutez Magnet Admin Bot à ce canal comme administrateur.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Allez dans « Mes groupes » → « Paramètres » → « Canal d’événements ».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Transférez n’importe quel message du canal vers le chat du bot. Le bot enregistrera ce canal comme « canal d’événements 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_EN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Instructions de connexion du canal d’événements.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🤖 Assistant IA : réponses intelligentes et aide automatique aux membres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L’Assistant IA est un bot intelligent qui répond aux questions sur l’écosystème Magnet et aide les participants.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Si une demande a déjà été envoyée, le bot vous demandera d’attendre la réponse.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Comment l’activer 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Ouvrez « Magnet IA » dans le menu principal.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Posez une question en un seul message et attendez la réponse.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05263" cy="89005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8_EN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8900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Changement de langue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Si vous souhaitez changer la langue du menu du bot, appuyez sur « Langue » et choisissez la langue que vous voulez définir comme langue principale.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Section de changement de langue.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Aide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Cette section sert à consulter les instructions et à contacter le support Magnet.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Section « Aide 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38488" cy="69744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_EN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697441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" w:hAnsi="Noto Sans" w:eastAsia="Noto Sans" w:cs="Noto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" w:hAnsi="Noto Sans" w:eastAsia="Noto Sans" w:cs="Noto San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g"/><Relationship Id="rId35" Type="http://schemas.openxmlformats.org/officeDocument/2006/relationships/image" Target="media/image27.jpeg"/><Relationship Id="rId36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