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Noto Sans" w:hAnsi="Noto Sans" w:eastAsia="Noto Sans" w:cs="Noto Sans"/>
          <w:b/>
          <w:sz w:val="44"/>
        </w:rPr>
        <w:t>Magnet Admin Bot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Welcome to Magnet Admin Bot!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“Magnet Admin Bot: Smart management. Safe communication. High efficiency.”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“Magnet Admin Bot: Your personal and efficient Telegram assistant.”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🌐 General information: what the bot is and why it is needed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Magnet Admin Bot is a Telegram bot for administering chats and communities.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It helps you: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keep order in the group: anti-spam, anti-flood, moderation;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automate routine administrator actions;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control new member onboarding: captcha, rules, requirements;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increase community activity: greetings, recurring messages, posting, giveaways, ratings;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get transparency and control: chat statistics, ratings, and an event channel.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Simply put: the bot takes over the routine moderator and administrator duties, while you focus on community growth and content.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Quick start: step-by-step flow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 /start and choose a language.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Read the welcome message and the list of features.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Confirm subscription/access if required and enabled.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the main menu and go to “My Groups”.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 “Add Group” and add the bot to a Telegram group.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Grant the bot administrator rights.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In the bot, choose the group time zone. This is important for schedules and sleep mode.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24237" cy="609303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_EN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24237" cy="6093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Step 1. Choose a language.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01093" cy="6224651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_EN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01093" cy="62246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Step 2. Welcome message and bot features.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Step 3. Access/subscription check.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81263" cy="5513918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5513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Step 4. Bot main menu.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74384" cy="6165298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4384" cy="61652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Step 5. “My Groups” → “Add Group”.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4500" cy="5316931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_EN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64500" cy="53169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Step 6. Grant administrator rights to the bot in the group.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5367" cy="634526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55367" cy="6345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Step 7. Choose the group time zone (UTC…) so the bot works at the correct time for you.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13683" cy="6474851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13683" cy="64748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Step 8. Congratulations! You have added your first group. In this section you will now see the list of connected groups.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For further group settings, simply choose your group in “My Groups”. You will see a menu with all settings and features.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14613" cy="5810251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3_EN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5810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⚙️ Turbo Setup: instant setup of basic group parameters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Turbo Setup is a quick way to enable basic protection and settings for a group in one click: anti-spam, anti-flood, checks when adding members, and the punishment type, for example mute or ban.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the bot → choose “Turbo Setup”.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Choose the required group.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Wait for the “Done!” status.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_EN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Turbo Setup: “Done!” status and the list of enabled options.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Common “Check on Add” screen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Several functions are configured through the common “Check on Add” screen: Rules, Requirements, Captcha, Cleanup, and the punishment selection: message restriction or ban.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_EN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“Check on Add” screen: quick access to Rules, Requirements, Captcha, Cleanup, and punishment selection. Choose the function you need and press the corresponding button to configure it.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📖 Rules: Order, Goals, Achievements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The “Rules” feature lets you create chat rules as a separate message. You add text and, if needed, a button, then save the rule.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“My Groups” → choose your group → “Configure”.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“Check” → “Rules”.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 “Check on Add” → “Rules”.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 “Add Text” and send the rules.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Add a button if needed, for example a link to a channel or FAQ.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 “Post Preview” → “Save Rule”.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_EN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Rule builder: add text/button → preview → save rule.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✅ Captcha: “I am human” / “I am a robot”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Captcha protects the chat from spam bots. A new member must pass the check; otherwise the selected punishment is applied, for example mute, kick, or ban.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“Check on Add” → “Captcha”.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Enter the captcha text and sending mode. The default mode can be used.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05238" cy="8456084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238" cy="8456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🔥 Requirements: channel subscription, profile photo, names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Requirements are automatic checks for new members: channel subscription, profile photo, correct name, and other conditions.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48188" cy="10107084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1_EN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10107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“Check” → “Requirements”.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Enable the required checks: subscription, photo, name.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Channel adding menu: choose the channels users must subscribe to.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Spam-name blocking menu: choose the names you do not want to allow into your chat.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🗑 List Cleanup: removing inactive or banned accounts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List Cleanup helps remove deleted accounts and/or inactive members to keep the audience clean and high quality.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“Check” → “List Cleanup”.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Choose cleanup intervals and confirm the launch.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2402" cy="6983116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6_EN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2402" cy="6983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🛡 Moderation: removing links, reposts, spam, banned words, and system messages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Moderation automatically removes unwanted content: links, reposts, flood, system messages, and words from the banned list.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1813" cy="682625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6826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“Message Moderation”.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Enable the required filters with toggles: links, reposts, anti-flood, system messages.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For word removal, press “Configure words to remove” and send the words separated by commas.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Moderation: enabling filters and configuring words to remove.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🎉 Tamada: an entertainment robot with soul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Tamada is the bot’s entertainment hub. It includes tools for greetings, repeated messages, giveaways, and mentions.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the “Tamada” section.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Choose the required tool: Greeting, Repeat, Giveaways, Mention.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4_EN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“Tamada” menu: quick access to the main tools.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👋 Greeting: sent to every new member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The greeting is automatically sent to every new member. You can assemble the message as a post: text, media, button, or voice message.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“Tamada” → “Greeting”.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Add text, media, or a button if needed.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 “Post Preview” → “Save Message”.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_EN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Greeting builder: assemble message → preview → save.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🔁 Recurring Message: daily reminders and announcements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 recurring message is a scheduled announcement or reminder: daily, on selected days, or at a specific time.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“Tamada” → “Message Repeat”.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Add text and schedule.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Make sure the correct group time zone is selected.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Creating a recurring message.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Publication time settings.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9463" cy="737658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5_EN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7376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09938" cy="735541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2_EN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9938" cy="7355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🎁 Giveaways: run contests by participants, lists, and rating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Giveaways let you choose winners using different scenarios: by numbers, by your own list, or by rating.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“Tamada” → “Giveaways”.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Choose the type: “By Numbers”, “Custom List”, or “By Rating”.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Follow the bot prompts until you get the result.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_EN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Choose the giveaway type.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Enter the number of participants and the number of prize places.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24238" cy="76094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7_EN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7609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📢 Mention Everyone: notify members through mentions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This feature lets you notify members through mentions. Use it for important announcements so you do not spam the audience unnecessarily.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“Tamada” → “Mention Everyone”.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Prepare the message and start the mention mailing.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62982" cy="591773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4_EN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2982" cy="5917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🌙 Sleep Mode: banning messages during a selected time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Sleep Mode restricts sending messages during selected hours. It is useful for night mode or quiet hours.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“Sleep Mode”.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Choose the start time.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Choose the end time.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Check the group time zone.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24188" cy="672041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6_EN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6720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Choose the sleep mode start time.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Choose the sleep mode end time.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Enter the text and configure the mode.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28975" cy="71755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2_EN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7175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📝 Post Creation: instant or scheduled group publications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Post Creation is a publishing builder. You can add text, media, a button, a voice message, preview the post, and then choose a group. “Pin” and “Silent Publication” options are also available.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 “Create Post” in the main menu.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Assemble the post: text, media, button, voice message.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 “Post Preview” → “Next” → choose a group.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Enable “Pin” and/or “Silent Publication” if needed.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3_EN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Post builder.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6_EN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Publishing options: “Pin” and “Silent Publication” plus group selection.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🏆 Rating: bonuses for activity and top members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Rating motivates members to be active by creating a top list and statistics.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“My Groups”.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Choose a group.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 “Rating”.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Set the bonus unit.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Enter the daily accrual limit.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On the “My Groups” screen, there are quick buttons for viewing participant rating statistics: “Overall Chat Statistics” and “Rating”.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3738" cy="74527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7_EN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3738" cy="74527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5_EN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“My Groups” screen: access to statistics and rating.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📲 Event Channel: notifications about events from your groups in a separate channel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The Event Channel is a separate channel for logs and notifications: joins, bans, moderation triggers, and similar events.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Create a separate Telegram channel for events.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Add Magnet Admin Bot to this channel as an administrator.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Go to “My Groups” → “Settings” → “Event Channel”.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Forward any message from the channel to the bot chat. The bot will save the channel as the “event channel”.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_EN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Event channel connection instructions.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🤖 AI Assistant: smart answers and automatic help for members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The AI Assistant is a smart bot that answers questions about the Magnet ecosystem and helps participants.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If a request has already been sent, the bot will ask you to wait for the answer.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How to enable: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Open “Magnet AI” in the main menu.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Ask a question in one message and wait for the answer.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05263" cy="89005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8_EN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8900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Language change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If you want to change the bot menu language, press “Language” and choose the language you want to set as the main one.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Language change section.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Help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This section is used to study instructions and contact Magnet support.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“Help” section.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38488" cy="69744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_EN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697441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" w:hAnsi="Noto Sans" w:eastAsia="Noto Sans" w:cs="Noto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" w:hAnsi="Noto Sans" w:eastAsia="Noto Sans" w:cs="Noto San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g"/><Relationship Id="rId35" Type="http://schemas.openxmlformats.org/officeDocument/2006/relationships/image" Target="media/image27.jpeg"/><Relationship Id="rId36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